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יחידת לימוד עצמאית ומהם שלושת עקרונות היסוד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שמונה שלבי הבנייה ואת מרכיבי תבנית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דוגמאות של תחנות, משימות והטמעת פעילות ביחידה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להעריך כיצד יחידה מתאימה את עצמה לשכבות גיל ולצרכים שונים של לומדים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למה יחידה עצמאית ושלושת העקרונות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מסלול מסודר שהתלמידים עוברים בעצמם בקצב אישי עם הוראות ברורות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להתמקד בנושא אחד ולחקור אותו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עוברים למשימות העשרה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מסתובב בין הקבוצות ושואל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ניסוי, ניתוח יצירה ובניית 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למה יחידה עצמאית ושלושת העקרונות – זיהוי בדוגמאות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דיפרנציאציה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בחירה ודיפרנציאציה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משוב ורפלקציה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למה יחידה עצמאית ושלושת העקרונות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מהיר ממשיך להעשרה ולא משתעמם, ותלמיד איטי מתרגל שוב בלי לחוש לחץ מהכיתה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פתוחה, יש לנמק את הבחירה בהתאם לנושא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 מתן אפשרות לבחור בין כמה סוגי תוצרים כמו כרזה, הקלטה או קומיקס, כך שכל תלמיד יבטא את הלמידה בדרך המתאימה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אפשר להשתמש בה שוב בלי לבנות מחדש, לשפר אותה בהדרגה ולהעביר אותה לעמיתים או ללמידה מרחוק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מסלול הבנייה ב-8 שלבים ותבנית היחידה – היכרות עם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שכבה, זמן, צרכים מיוחדים ואמצעים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קובעים רצף תחנות מפתיחה מסקרנת ועד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מסלול הבנייה ב-8 שלבים ותבנית היחידה – שלב ותבנית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אפשר לבחון בסוף היחידה אם המטרה הושגה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התבנית כוללת גם מטרה מהסוג יביעו 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מסלול הבנייה ב-8 שלבים ותבנית היחידה – התאמה בין שלבים לסעיפי התבנית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היחידה וכותרת משנה)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(סעיף בסוף היחידה תוכלו)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(סעיף למי ומתי)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(סעיף מפת היחידה עם חמש התחנות)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(הסבר, מקור ומשימה בכל תחנה)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מתכנן היחידה, תחנות ומשימות פעילות – מבנה תחנה ומשימות (היכרות)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כותרת, מטרה קטנה, מקור, משימה ובדיקה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חדר בריחה, קול של דמות, סרטון קצר, דף עבודה, קיר שיתופי וחידון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הסבר קצר על היעלמות השלולית וכתיבה על קיר שיתופי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מתכנן היחידה, תחנות ומשימות פעילות – סיווג משימות לפי מיומנות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(יישום ידע ופתרון בעיות ברצף שלבים)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(שיתוף רעיונות ראשוניים וחשיבה פתוחה)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(בדיקה עצמית ושליפת 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(תרגול ממוקד וארגון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(הבעה בכתב מנקודת מבט אחרת והזדהות)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מתכנן היחידה, תחנות ומשימות פעילות – ניתוח תחנה וכתיבת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תחנה 2 – אידוי והתעבות, המקור הוא הסבר קצר עם איורי שלבים (אידוי, התעבות)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כך התלמיד בודק את עצמו באופן שוטף, מזהה קושי מוקדם ומתקדם בביטחון בלי לחכות למבחן מסכם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'התלמיד יסדר נכון את שלבי האידוי וההתעבות לפי הרצף'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 קיר שיתופי מתרגל ניסוח רעיון בקצרה והשוואה לדעות אחרות; תשובה תיבדק לפי נימוק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הטמעת פעילות ביחידה – הבנת קוד ההטמעה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הכנסת פעילות מאתר אחר ישירות לתוך עמוד ביחידה, כמו 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&lt;iframe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שיתוף ← הטמעה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נשאר בתוך היחידה והפעילות מופיעה כמו חלון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להוסיף כפתור או קישור שנפתח בלשונית חדשה עם הוראה ברורה לחזור ולסמן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הטמעת פעילות ביחידה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רבים ילמדו ביחידה דרך הטלפון; אם הפעילות לא מותאמת היא עלולה להיחתך, לא להיטען כראוי או להיות קשה להפעלה.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כשהפעילות דורשת התחברות או אינה תומכת בהטמעה; יש להוסיף הוראה ברורה לחזור ליחידה ולסמן שסיימו.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לשמור על בטיחות התלמידים ועל התאמת התוכן לגיל, ולמנוע הסחות דעת או חשיפה לתוכן לא רצוי.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התלמיד נשאר ברצף הלמידה בתוך היחידה ולא עובר בין אתרים; קל יותר למורה לעקוב אחרי ההתקדמות.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כתובת הפעילות (המתחילה ב-https), גובה החלון בפיקסלים, ושם קצר לפעילות המיועד לקוראי מסך.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5 · תשעה מסלולים והתאמות נגישות – הכרת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שכבת גיל וסוג 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יסודי, חט״ב,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רגיל, חנ״מ, עולים חדשים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תשעה מסלולים והתאמות נגישות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הטקסטים, מספר האפשרויות וסוג התוצר משתנים לפי השכבה וסוג הכיתה.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ההתאמות המרכזיות למסלול חנ״מ.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מתאימים את התוכן למי שלומד עברית כשפה חדשה.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תשעה מסלולים והתאמות נגישות – התאמת התאמה לקהל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(מסלול חנ״מ)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(מסלול עולים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(מסלול חט״ב 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(מסלול חנ״מ)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(מסלול חט״ב רגיל)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תשעה מסלולים והתאמות נגישות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אפשרויות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ניתוח יישומי: בונה הפרומפטים והיחידה לדוגמה – הכרת היחידה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 שיעורים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ניתוח יישומי: בונה הפרומפטים והיחידה לדוגמה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אכן בתחנה 1 מופיעה משימת כתיבה על הקיר השיתופי בשאלה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מבקשת להציע שתי דרכים לחיסכון במים, לא דרך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ניתוח יישומי: בונה הפרומפטים והיחידה לדוגמה – השלמת 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אידוי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מבנה ומטרות ברורים, בחירה והתאמה אישית, ומשוב ורפלקציה עם דוגמה קונקרטית מהתחנות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הבנה שהנושא קובע את המטרות, שהמטרות קובעות את מפת השיעורים, ושרק אז בונים תוכן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מצביעה על שינוי מוחשי (למשל הקראה, מספר אפשרויות, אורך טקסט) ומקשרת אותו לצורך הלמידה של אותו קהל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 מפגשים: עקרונות ותבנית, בנייה והטמעה, ניתוח יישומי – כל מפגש מסתיים בתרגיל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למשתתפים מתקדמים אפשר להוסיף משימת העשרה: תכנון תחנה נוספת ביחידה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שמתקשה ניתן לצמצם למילוי תבנית חלקית בלבד ולהתמקד בשני עקרונות מרכזיים במקום בשלושה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בכל מפגש דיון קצר בעקבות שאלת היציאה כדי לחבר בין החוברת לעבודה בפועל על יחידה אמיתית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לומדים איך בונים יחידת לימוד דיגיטלית, שלב אחר שלב. בכל פרק יש תרגילים קצרים ודוגמאות. עובדים לפי הסדר ובודקים תשובות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יחידת לימוד עצמאית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לימוד מסודר שהתלמידים עוברים בעצמם בקצב אישי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עיקרון בחירה ודיפרנציאציה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מתן אפשרויות שונות ללומדים לפי קצב, רמה וצרכים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ביחידה עם מטרה, מקור, משימה ובדיקה עצמית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 הטמעה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שורת קוד שמציגה פעילות חיצונית כחלון בתוך עמוד היחידה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שמגדירה את קריטריוני ההערכה של תוצר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סיכום קצרה שממלאים בסוף שיעור או תחנה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התאמות (חנ״מ, עולים)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שינויים בטקסט, במשימה ובתמיכה לפי צרכי קהל הלומדים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מתכנן 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שממלאים בו נושא, מטרות וזמן ומקבלים תוכנית מלאה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בקשה לכלי שיחה (פרומפט)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מנוסח שמבקש בניית אפליקציה חינוכית קטנה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רשימת התקדמות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מעקב שמראה אילו תחנות הושלמו ביחידה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למה יחידה עצמאית ושלושת העקרונות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יחידת לימוד עצמאית?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אוסף שיעורים שהמורה מעביר מהלוח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מסלול מסודר שהתלמידים עוברים בעצמם בקצב אישי עם הוראות ברורות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מסכם בסוף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סרטון הסבר אחד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הכוונה ב'עומק במקום רוחב'?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ללמד הרבה נושאים בזמן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להתמקד בנושא אחד ולחקור אותו לעומק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לחזור כל שנה על אותו חומר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להעביר מבחנים תכופים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למי שמסיים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מחכים בשקט לשאר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עוברים למשימות העשרה נוספות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יוצאים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עוזרים למורה בסידור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המורה עושה בזמן הלמידה העצמאית?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עושה דבר ויוצא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מסתובב בין הקבוצות ושואל שאלות פתוחות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מקריא את כל החומר בקול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 טלפונים של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מיומנויות מתרגלים ביחידה עצמאית?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העתקה מדויקת מהספר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ניסוי, ניתוח יצירה ובניית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שינון רשימת 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מילוי טפסים מנהליים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למה יחידה עצמאית ושלושת העקרונות – זיהוי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העיקרון הראשון משלושת העקרונות הוא מבנה ו__________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העיקרון השני, בחירה ו__________, מאפשר להתאים את היחידה לכל לומד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ביחידה 'מסע של טיפה' הבחירה בין תוצרים שונים כמו קומיקס או כרזה ממחישה את עיקרון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החידון, קיר השיתופי והרפלקציה בסוף התחנות ביחידה ממחישים את עיקרון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למה יחידה עצמאית ושלושת העקרונות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למידה בקצב אישי יכולה להועיל גם לתלמיד מהיר וגם לתלמיד שזקוק לזמן נוסף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נושא שאתם לומדים בבית הספר, והציעו איזה חלק בו מתאים ללמידה עצמאית ואיזה חלק דורש נוכחות של המורה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כיצד עיקרון 'בחירה ודיפרנציאציה' יכול לבוא לידי ביטוי בתוצר הסיום של יחידת לימוד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נמקו מדוע יחידה עצמאית שנבנתה פעם אחת מוגדרת כ'נכס שחוזר כל שנה'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מסלול הבנייה ב-8 שלבים ותבנית היחידה – היכרות עם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כל כשבונים 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מגדירים מטרות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בונים את גושי התוכן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מפרסמים ומשתפים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פרטים על התלמידים בודקים לפני 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שכבה, זמן, צרכים מיוחדים ואמצעים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 היחידה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התמונות בעמוד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המנחה של הסדנה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בונים כשמסדרים את סדר התחנות?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קובעים רצף תחנות מפתיחה מסקרנת ועד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מדפיסים תעודות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בוחרים קהל יעד לאפליקציה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משוב על הסדנה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מסלול הבנייה ב-8 שלבים ותבנית היחידה – שלב ותבנית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מגדירים מטרות מנסחים את המטרות בפעלים שאפשר לבדוק, כמו יסבירו או ינתחו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בתבנית היחידה המוכנה אין צורך לכתוב מטרה רגשית־ערכית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מסלול הבנייה ב-8 שלבים ותבנית היחידה – התאמה בין שלבים לסעיפי התבנית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סעיף מפת היחידה עם חמש התחנות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מגדירים מטרות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סעיף למי ומתי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מכירים את הלומדים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הסבר, מקור ומשימה בכל תחנה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משרטטים מפת שיעורים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היחידה וכותרת משנה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בונים את גושי התוכן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סעיף בסוף היחידה תוכלו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מתכנן היחידה, תחנות ומשימות פעילות – מבנה תחנה ומשימות (היכרות)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בכל תחנה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כותרת, מטרה קטנה, מקור, משימה ובדיקה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טקסט הסבר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סרטון הדרכה בלי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משימה בלי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תחנות יש בדרך כלל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משימות אפשר להטמיע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חדר בריחה, קול של דמות, סרטון קצר, דף עבודה, קיר שיתופי וחידון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חידונים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דפי עבודה כתובים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הקלטות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בתחנה הראשונה של 'מסע של טיפה'?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הסבר קצר על היעלמות השלולית וכתיבה על קיר שיתופי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חידון מהיר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הקלטת קול דמות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חדר בריחה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מתכנן היחידה, תחנות ומשימות פעילות – סיווג משימות לפי מיומנות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חדר בריחה (למשל 'מסע של טיפה')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שיתוף רעיונות ראשוניים וחשיבה פתוחה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קיר שיתופי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הבעה בכתב מנקודת מבט אחרת והזדהות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יישום ידע ופתרון בעיות ברצף שלבים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דף עבודה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בדיקה עצמית ושליפת 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קול של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תרגול ממוקד וארגון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מתכנן היחידה, תחנות ומשימות פעילות – ניתוח תחנה וכתיבת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תחנה אחת ביחידת 'מסע של טיפה': מה שם התחנה, ומה המקור שבה (טקסט/תמונה/אייקונים)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חשוב שבכל תחנה תהיה 'בדיקה עצמית', ולא רק בסוף כל היחידה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מטרה קטנה אחת (בפועל שניתן לבדוק) למשימת חדר הבריחה על אידוי והתעבות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משימה אחת מגלריית המשימות והסבירו אילו מיומנות חשיבה היא מתרגלת מעבר לשינון הידע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הטמעת פעילות ביחידה – הבנת קוד ההטמעה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הכוונה כשאומרים שפעילות 'מוטמעת'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מחיקת פעילות מהיחידה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הכנסת פעילות מאתר אחר ישירות לתוך עמוד ביחידה, כמו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יצירת קובץ PDF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שינוי צבעי העיצוב של האתר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תגית מתחיל קוד ההטמעה?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&lt;div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&lt;iframe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&lt;script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&lt;html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בדרך כלל מקבלים את קוד ההטמעה מכלי הפעילות?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שיתוף ← הטמעה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לתלמיד כשפעילות מוטמעת?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יוצא לאתר חיצוני ולא חוזר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נשאר בתוך היחידה והפעילות מופיעה כמו חלון בעמוד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חייב להתחבר לאתר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הפעילות נפתחת כקובץ להורדה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כשאין אפשרות הטמעה?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לוותר על הפעילות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להוסיף כפתור או קישור שנפתח בלשונית חדשה עם הוראה ברורה לחזור ולסמן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את כל האתר לתוך היחידה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שם הפעילות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הטמעת פעילות ביחידה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לבדוק שפעילות מוטמעת נראית טוב גם בטלפון, ולא רק במחשב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כיתתי שבו כדאי להשתמש בקישור שנפתח בלשונית חדשה במקום בקוד הטמעה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לבדוק שאין בפעילות המוטמעת פרסומות או קישורים לא מתאימים, לפני שמשתפים אותה עם הכיתה?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לדעתכם, מהו היתרון המרכזי בהטמעת פעילות בתוך עמוד היחידה לעומת שליחת קישור נפרד לאתר אחר?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שלושה פרטים יש להזין במחולל קוד ההטמעה כדי לייצר קוד לפעילות חדשה?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5 · תשעה מסלולים והתאמות נגישות – הכרת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מסלולים שונים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קובע כל 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שכבת גיל וסוג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מקצוע ומספר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גודל הכיתה ומיקום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המורה ושנת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שלוש קבוצות גיל קיימות?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יסודי, חט״ב,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כיתה א׳, כיתה ו׳, כיתה י״ב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צעירים, בוגרים,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פתיחה, אמצע,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שלושה סוגים של כיתה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רגיל, חנ״מ, עולים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מתקדמים, חלשים, בינוניים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פרטי, ציבורי, ביתי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בוקר, צהריים, ערב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תשעה מסלולים והתאמות נגישות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המסלולים מוצגים אותם טקסטים ואותן משימות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חנ״מ מוצע כפתור הקראה ליד כל טקסט ומשימה.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עולים חדשים המשימות כוללות אוצר מילים יומיומי ומילון תמונות.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תשעה מסלולים והתאמות נגישות – התאמת התאמה לקהל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הקראה ליד כל טקסט ומשימה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מסלול עולים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מילון תמונות קופץ על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מסלול חנ״מ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מיון לקטגוריות ומפת מושגים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מסלול חט״ב 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רמז מדורג אחרי שתי טעויות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מסלול חט״ב 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בחירה בין שלושה תוצרים (קומיקס/הקלטה/כרזה)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מסלול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תשעה מסלולים והתאמות נגישות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במסלול חנ״מ ביסודי מוצעות לכל משימה בין שתיים לשלוש __________ בלבד.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במסלול עולים חדשים ביסודי התוצר כולל כרטיסיות מילה–תמונה ומשפט שמתחיל במילה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ניתוח יישומי: בונה הפרומפטים והיחידה לדוגמה – הכרת היחידה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שיעורים אורכת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 שיעורים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ניתוח יישומי: בונה הפרומפטים והיחידה לדוגמה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בתחנה הראשונה של היחידה התלמידים כותבים על קיר שיתופי מה לדעתם קרה למים של השלולית.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בין מטרות היחידה מופיעה הצעה של דרך אחת לחיסכון במים בבית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ניתוח יישומי: בונה הפרומפטים והיחידה לדוגמה – השלמת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בתחנה 2 הטיפה עולה לשמיים בתהליך הנקרא __________ ואז מתקררת והופכת לטיפות זעירות בהתעבות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עקרונות מנחים בניית יחידה עצמאית, ואיך הם באים לידי ביטוי ביחידה מסע של טיפה?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סדרו מחדש לפי הגיון: בוחרים נושא, מגדירים מטרות, משרטטים מפת שיעורים, בונים גושי תוכן – הסבירו מדוע הסדר הזה הגיוני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הבדל אחד בין מסלול רגיל למסלול חנ״מ או עולים חדשים באותה יחידה, ונמקו למה ההתאמה דרושה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בונים יחידת לימוד דיגיטלית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